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F13E4" w14:textId="77777777" w:rsidR="005D6B14" w:rsidRDefault="005D6B14" w:rsidP="00DC70B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sz w:val="20"/>
        </w:rPr>
        <w:drawing>
          <wp:inline distT="0" distB="0" distL="0" distR="0" wp14:anchorId="10D6B995" wp14:editId="58642D20">
            <wp:extent cx="6600825" cy="932763"/>
            <wp:effectExtent l="0" t="0" r="0" b="1270"/>
            <wp:docPr id="2" name="Image 2" descr="C:\Users\user\Downloads\aisat white b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ownloads\aisat white b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359" cy="93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7F516" w14:textId="6BB662F8" w:rsidR="00E82A0B" w:rsidRPr="00DC70BF" w:rsidRDefault="00DC70BF" w:rsidP="00DC70B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C70BF">
        <w:rPr>
          <w:rFonts w:ascii="Times New Roman" w:hAnsi="Times New Roman" w:cs="Times New Roman"/>
          <w:b/>
          <w:sz w:val="24"/>
          <w:szCs w:val="24"/>
          <w:u w:val="single"/>
        </w:rPr>
        <w:t>ECE-</w:t>
      </w:r>
      <w:r w:rsidR="00FB3247">
        <w:rPr>
          <w:rFonts w:ascii="Times New Roman" w:hAnsi="Times New Roman" w:cs="Times New Roman"/>
          <w:b/>
          <w:sz w:val="24"/>
          <w:szCs w:val="24"/>
          <w:u w:val="single"/>
        </w:rPr>
        <w:t>Batch 8</w:t>
      </w:r>
      <w:r w:rsidR="005D6B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B3247">
        <w:rPr>
          <w:rFonts w:ascii="Times New Roman" w:hAnsi="Times New Roman" w:cs="Times New Roman"/>
          <w:b/>
          <w:sz w:val="24"/>
          <w:szCs w:val="24"/>
          <w:u w:val="single"/>
        </w:rPr>
        <w:t>(202</w:t>
      </w:r>
      <w:r w:rsidR="005D6B1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B3247">
        <w:rPr>
          <w:rFonts w:ascii="Times New Roman" w:hAnsi="Times New Roman" w:cs="Times New Roman"/>
          <w:b/>
          <w:sz w:val="24"/>
          <w:szCs w:val="24"/>
          <w:u w:val="single"/>
        </w:rPr>
        <w:t>-2023)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2088"/>
        <w:gridCol w:w="2232"/>
        <w:gridCol w:w="2520"/>
      </w:tblGrid>
      <w:tr w:rsidR="00E82A0B" w:rsidRPr="00362A8E" w14:paraId="3EBE4EBF" w14:textId="77777777">
        <w:trPr>
          <w:tblHeader/>
          <w:jc w:val="center"/>
        </w:trPr>
        <w:tc>
          <w:tcPr>
            <w:tcW w:w="792" w:type="dxa"/>
            <w:vAlign w:val="center"/>
          </w:tcPr>
          <w:p w14:paraId="01E2027F" w14:textId="77777777" w:rsidR="00E82A0B" w:rsidRPr="00362A8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A8E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proofErr w:type="spellEnd"/>
            <w:r w:rsidRPr="00362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2376" w:type="dxa"/>
            <w:vAlign w:val="center"/>
          </w:tcPr>
          <w:p w14:paraId="568669C6" w14:textId="77777777" w:rsidR="00E82A0B" w:rsidRPr="00362A8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8E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 placed</w:t>
            </w:r>
          </w:p>
        </w:tc>
        <w:tc>
          <w:tcPr>
            <w:tcW w:w="2088" w:type="dxa"/>
            <w:vAlign w:val="center"/>
          </w:tcPr>
          <w:p w14:paraId="7D94AE24" w14:textId="77777777" w:rsidR="00E82A0B" w:rsidRPr="00362A8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8E">
              <w:rPr>
                <w:rFonts w:ascii="Times New Roman" w:hAnsi="Times New Roman" w:cs="Times New Roman"/>
                <w:b/>
                <w:sz w:val="24"/>
                <w:szCs w:val="24"/>
              </w:rPr>
              <w:t>Enrollment No</w:t>
            </w:r>
          </w:p>
        </w:tc>
        <w:tc>
          <w:tcPr>
            <w:tcW w:w="2232" w:type="dxa"/>
            <w:vAlign w:val="center"/>
          </w:tcPr>
          <w:p w14:paraId="4BE98A6C" w14:textId="77777777" w:rsidR="00E82A0B" w:rsidRPr="00362A8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8E">
              <w:rPr>
                <w:rFonts w:ascii="Times New Roman" w:hAnsi="Times New Roman" w:cs="Times New Roman"/>
                <w:b/>
                <w:sz w:val="24"/>
                <w:szCs w:val="24"/>
              </w:rPr>
              <w:t>Name of Employer</w:t>
            </w:r>
          </w:p>
        </w:tc>
        <w:tc>
          <w:tcPr>
            <w:tcW w:w="2520" w:type="dxa"/>
            <w:vAlign w:val="center"/>
          </w:tcPr>
          <w:p w14:paraId="59702813" w14:textId="7E3592EC" w:rsidR="00E82A0B" w:rsidRPr="00362A8E" w:rsidRDefault="0002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 campus</w:t>
            </w:r>
            <w:r w:rsidR="00DC70B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off campus</w:t>
            </w:r>
          </w:p>
        </w:tc>
      </w:tr>
      <w:tr w:rsidR="00E82A0B" w:rsidRPr="001344BE" w14:paraId="27814DC9" w14:textId="77777777">
        <w:trPr>
          <w:jc w:val="center"/>
        </w:trPr>
        <w:tc>
          <w:tcPr>
            <w:tcW w:w="792" w:type="dxa"/>
            <w:vAlign w:val="center"/>
          </w:tcPr>
          <w:p w14:paraId="25DFDA2B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vAlign w:val="center"/>
          </w:tcPr>
          <w:p w14:paraId="17C162DD" w14:textId="1220AC76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="00362A8E" w:rsidRPr="001344BE">
              <w:rPr>
                <w:rFonts w:ascii="Times New Roman" w:hAnsi="Times New Roman" w:cs="Times New Roman"/>
                <w:sz w:val="24"/>
                <w:szCs w:val="24"/>
              </w:rPr>
              <w:t>YSHA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 xml:space="preserve"> V S</w:t>
            </w:r>
          </w:p>
        </w:tc>
        <w:tc>
          <w:tcPr>
            <w:tcW w:w="2088" w:type="dxa"/>
            <w:vAlign w:val="center"/>
          </w:tcPr>
          <w:p w14:paraId="70FA7772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AIK19EC001</w:t>
            </w:r>
          </w:p>
        </w:tc>
        <w:tc>
          <w:tcPr>
            <w:tcW w:w="2232" w:type="dxa"/>
            <w:vAlign w:val="center"/>
          </w:tcPr>
          <w:p w14:paraId="53C55556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  <w:vAlign w:val="center"/>
          </w:tcPr>
          <w:p w14:paraId="5467A712" w14:textId="0404860C" w:rsidR="00E82A0B" w:rsidRPr="001344BE" w:rsidRDefault="001344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5711AEE6" w14:textId="77777777">
        <w:trPr>
          <w:jc w:val="center"/>
        </w:trPr>
        <w:tc>
          <w:tcPr>
            <w:tcW w:w="792" w:type="dxa"/>
            <w:vAlign w:val="center"/>
          </w:tcPr>
          <w:p w14:paraId="2691CF3E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6" w:type="dxa"/>
            <w:vAlign w:val="center"/>
          </w:tcPr>
          <w:p w14:paraId="42C85258" w14:textId="2EB4F893" w:rsidR="00E82A0B" w:rsidRPr="001344BE" w:rsidRDefault="00BB3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ALDRIN CHRISOSTOM</w:t>
            </w:r>
          </w:p>
        </w:tc>
        <w:tc>
          <w:tcPr>
            <w:tcW w:w="2088" w:type="dxa"/>
            <w:vAlign w:val="center"/>
          </w:tcPr>
          <w:p w14:paraId="1A0BC520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AIK19EC005</w:t>
            </w:r>
          </w:p>
        </w:tc>
        <w:tc>
          <w:tcPr>
            <w:tcW w:w="2232" w:type="dxa"/>
            <w:vAlign w:val="center"/>
          </w:tcPr>
          <w:p w14:paraId="50961738" w14:textId="45F0EBA8" w:rsidR="00E82A0B" w:rsidRPr="001344BE" w:rsidRDefault="00BB3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KOCHI METRO RAIL</w:t>
            </w:r>
          </w:p>
        </w:tc>
        <w:tc>
          <w:tcPr>
            <w:tcW w:w="2520" w:type="dxa"/>
            <w:vAlign w:val="center"/>
          </w:tcPr>
          <w:p w14:paraId="29059AD5" w14:textId="762E53F7" w:rsidR="00E82A0B" w:rsidRPr="001344BE" w:rsidRDefault="005D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03841B93" w14:textId="77777777">
        <w:trPr>
          <w:jc w:val="center"/>
        </w:trPr>
        <w:tc>
          <w:tcPr>
            <w:tcW w:w="792" w:type="dxa"/>
            <w:vAlign w:val="center"/>
          </w:tcPr>
          <w:p w14:paraId="5C6F9F5F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6" w:type="dxa"/>
            <w:vAlign w:val="center"/>
          </w:tcPr>
          <w:p w14:paraId="4141D5FB" w14:textId="5F59047F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ALDRIN C</w:t>
            </w:r>
            <w:r w:rsidR="00BB30BD" w:rsidRPr="001344BE">
              <w:rPr>
                <w:rFonts w:ascii="Times New Roman" w:hAnsi="Times New Roman" w:cs="Times New Roman"/>
                <w:sz w:val="24"/>
                <w:szCs w:val="24"/>
              </w:rPr>
              <w:t>LEETUS</w:t>
            </w:r>
          </w:p>
        </w:tc>
        <w:tc>
          <w:tcPr>
            <w:tcW w:w="2088" w:type="dxa"/>
            <w:vAlign w:val="center"/>
          </w:tcPr>
          <w:p w14:paraId="15BAC931" w14:textId="28931DAA" w:rsidR="00E82A0B" w:rsidRPr="001344BE" w:rsidRDefault="001D5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</w:t>
            </w:r>
            <w:r w:rsidR="00BB30BD" w:rsidRPr="001344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2" w:type="dxa"/>
            <w:vAlign w:val="center"/>
          </w:tcPr>
          <w:p w14:paraId="39C50975" w14:textId="38196171" w:rsidR="00E82A0B" w:rsidRPr="001344BE" w:rsidRDefault="00BB3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  <w:vAlign w:val="center"/>
          </w:tcPr>
          <w:p w14:paraId="5708B13B" w14:textId="0EDA5B83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2164F938" w14:textId="77777777">
        <w:trPr>
          <w:jc w:val="center"/>
        </w:trPr>
        <w:tc>
          <w:tcPr>
            <w:tcW w:w="792" w:type="dxa"/>
            <w:vAlign w:val="center"/>
          </w:tcPr>
          <w:p w14:paraId="7E228288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6" w:type="dxa"/>
            <w:vAlign w:val="center"/>
          </w:tcPr>
          <w:p w14:paraId="0CF69B16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ANGEL MARY T S</w:t>
            </w:r>
          </w:p>
        </w:tc>
        <w:tc>
          <w:tcPr>
            <w:tcW w:w="2088" w:type="dxa"/>
            <w:vAlign w:val="center"/>
          </w:tcPr>
          <w:p w14:paraId="6BA8623F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AIK19EC007</w:t>
            </w:r>
          </w:p>
        </w:tc>
        <w:tc>
          <w:tcPr>
            <w:tcW w:w="2232" w:type="dxa"/>
            <w:vAlign w:val="center"/>
          </w:tcPr>
          <w:p w14:paraId="35CE0120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  <w:vAlign w:val="center"/>
          </w:tcPr>
          <w:p w14:paraId="3B0DF461" w14:textId="4F57B7FE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2FD61CA0" w14:textId="77777777">
        <w:trPr>
          <w:jc w:val="center"/>
        </w:trPr>
        <w:tc>
          <w:tcPr>
            <w:tcW w:w="792" w:type="dxa"/>
            <w:vAlign w:val="center"/>
          </w:tcPr>
          <w:p w14:paraId="39B993DD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6" w:type="dxa"/>
            <w:vAlign w:val="center"/>
          </w:tcPr>
          <w:p w14:paraId="1F6A59CE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ANU ANTONY</w:t>
            </w:r>
          </w:p>
        </w:tc>
        <w:tc>
          <w:tcPr>
            <w:tcW w:w="2088" w:type="dxa"/>
            <w:vAlign w:val="center"/>
          </w:tcPr>
          <w:p w14:paraId="4E04097A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AIK19EC009</w:t>
            </w:r>
          </w:p>
        </w:tc>
        <w:tc>
          <w:tcPr>
            <w:tcW w:w="2232" w:type="dxa"/>
            <w:vAlign w:val="center"/>
          </w:tcPr>
          <w:p w14:paraId="0BEC7EC4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  <w:vAlign w:val="center"/>
          </w:tcPr>
          <w:p w14:paraId="0AC7D8D5" w14:textId="733A6077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2198696B" w14:textId="77777777">
        <w:trPr>
          <w:jc w:val="center"/>
        </w:trPr>
        <w:tc>
          <w:tcPr>
            <w:tcW w:w="792" w:type="dxa"/>
            <w:vAlign w:val="center"/>
          </w:tcPr>
          <w:p w14:paraId="4414F746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6" w:type="dxa"/>
            <w:vAlign w:val="center"/>
          </w:tcPr>
          <w:p w14:paraId="735F0767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ASTIL MARTIN</w:t>
            </w:r>
          </w:p>
        </w:tc>
        <w:tc>
          <w:tcPr>
            <w:tcW w:w="2088" w:type="dxa"/>
            <w:vAlign w:val="center"/>
          </w:tcPr>
          <w:p w14:paraId="1FABE57E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AIK19EC012</w:t>
            </w:r>
          </w:p>
        </w:tc>
        <w:tc>
          <w:tcPr>
            <w:tcW w:w="2232" w:type="dxa"/>
            <w:vAlign w:val="center"/>
          </w:tcPr>
          <w:p w14:paraId="208FDBFB" w14:textId="0D8914B6" w:rsidR="00E82A0B" w:rsidRPr="001344BE" w:rsidRDefault="00362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REAL SOFT</w:t>
            </w:r>
          </w:p>
        </w:tc>
        <w:tc>
          <w:tcPr>
            <w:tcW w:w="2520" w:type="dxa"/>
            <w:vAlign w:val="center"/>
          </w:tcPr>
          <w:p w14:paraId="49F6F16B" w14:textId="2193A33A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6ECB7E23" w14:textId="77777777">
        <w:trPr>
          <w:jc w:val="center"/>
        </w:trPr>
        <w:tc>
          <w:tcPr>
            <w:tcW w:w="792" w:type="dxa"/>
            <w:vAlign w:val="center"/>
          </w:tcPr>
          <w:p w14:paraId="6F10F5A6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76" w:type="dxa"/>
            <w:vAlign w:val="center"/>
          </w:tcPr>
          <w:p w14:paraId="78ACE1F4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ATHIRA C R</w:t>
            </w:r>
          </w:p>
        </w:tc>
        <w:tc>
          <w:tcPr>
            <w:tcW w:w="2088" w:type="dxa"/>
            <w:vAlign w:val="center"/>
          </w:tcPr>
          <w:p w14:paraId="1B654933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AIK19EC013</w:t>
            </w:r>
          </w:p>
        </w:tc>
        <w:tc>
          <w:tcPr>
            <w:tcW w:w="2232" w:type="dxa"/>
            <w:vAlign w:val="center"/>
          </w:tcPr>
          <w:p w14:paraId="17B5F13D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  <w:vAlign w:val="center"/>
          </w:tcPr>
          <w:p w14:paraId="39F45E1E" w14:textId="37E9B46C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E82A0B" w:rsidRPr="001344BE" w14:paraId="7D78A634" w14:textId="77777777">
        <w:trPr>
          <w:jc w:val="center"/>
        </w:trPr>
        <w:tc>
          <w:tcPr>
            <w:tcW w:w="792" w:type="dxa"/>
            <w:vAlign w:val="center"/>
          </w:tcPr>
          <w:p w14:paraId="0FB2EB5F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vAlign w:val="center"/>
          </w:tcPr>
          <w:p w14:paraId="5DFC494B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ATHIRA RAJESH</w:t>
            </w:r>
          </w:p>
        </w:tc>
        <w:tc>
          <w:tcPr>
            <w:tcW w:w="2088" w:type="dxa"/>
            <w:vAlign w:val="center"/>
          </w:tcPr>
          <w:p w14:paraId="32949B69" w14:textId="77777777" w:rsidR="00E82A0B" w:rsidRPr="001344BE" w:rsidRDefault="00797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AIK19EC014</w:t>
            </w:r>
          </w:p>
        </w:tc>
        <w:tc>
          <w:tcPr>
            <w:tcW w:w="2232" w:type="dxa"/>
            <w:vAlign w:val="center"/>
          </w:tcPr>
          <w:p w14:paraId="0A1AEAD5" w14:textId="77777777" w:rsidR="00E82A0B" w:rsidRPr="001344BE" w:rsidRDefault="00797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TATA ELXSI</w:t>
            </w:r>
          </w:p>
        </w:tc>
        <w:tc>
          <w:tcPr>
            <w:tcW w:w="2520" w:type="dxa"/>
            <w:vAlign w:val="center"/>
          </w:tcPr>
          <w:p w14:paraId="45AF9F22" w14:textId="1BBB7099" w:rsidR="00E82A0B" w:rsidRPr="001344BE" w:rsidRDefault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6FE1EDA8" w14:textId="77777777" w:rsidTr="001344BE">
        <w:trPr>
          <w:jc w:val="center"/>
        </w:trPr>
        <w:tc>
          <w:tcPr>
            <w:tcW w:w="792" w:type="dxa"/>
            <w:vAlign w:val="center"/>
          </w:tcPr>
          <w:p w14:paraId="188D0457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6" w:type="dxa"/>
            <w:vAlign w:val="center"/>
          </w:tcPr>
          <w:p w14:paraId="74EC435C" w14:textId="5662FC5C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CAMLIN TRESSA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RODRIGUES</w:t>
            </w:r>
          </w:p>
        </w:tc>
        <w:tc>
          <w:tcPr>
            <w:tcW w:w="2088" w:type="dxa"/>
            <w:vAlign w:val="center"/>
          </w:tcPr>
          <w:p w14:paraId="26E124BF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AIK19EC017</w:t>
            </w:r>
          </w:p>
        </w:tc>
        <w:tc>
          <w:tcPr>
            <w:tcW w:w="2232" w:type="dxa"/>
            <w:vAlign w:val="center"/>
          </w:tcPr>
          <w:p w14:paraId="264B84D6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</w:tcPr>
          <w:p w14:paraId="3A33CA3A" w14:textId="5463A204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393CFC8B" w14:textId="77777777" w:rsidTr="001344BE">
        <w:trPr>
          <w:jc w:val="center"/>
        </w:trPr>
        <w:tc>
          <w:tcPr>
            <w:tcW w:w="792" w:type="dxa"/>
            <w:vAlign w:val="center"/>
          </w:tcPr>
          <w:p w14:paraId="49673706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6" w:type="dxa"/>
            <w:vAlign w:val="center"/>
          </w:tcPr>
          <w:p w14:paraId="17B6B7BA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JOSHMON SHAJI</w:t>
            </w:r>
          </w:p>
        </w:tc>
        <w:tc>
          <w:tcPr>
            <w:tcW w:w="2088" w:type="dxa"/>
            <w:vAlign w:val="center"/>
          </w:tcPr>
          <w:p w14:paraId="57B3062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AIK19EC027</w:t>
            </w:r>
          </w:p>
        </w:tc>
        <w:tc>
          <w:tcPr>
            <w:tcW w:w="2232" w:type="dxa"/>
            <w:vAlign w:val="center"/>
          </w:tcPr>
          <w:p w14:paraId="0A00E19D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</w:tcPr>
          <w:p w14:paraId="5EDC01C6" w14:textId="0D4B6559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5CD32CB6" w14:textId="77777777" w:rsidTr="001344BE">
        <w:trPr>
          <w:jc w:val="center"/>
        </w:trPr>
        <w:tc>
          <w:tcPr>
            <w:tcW w:w="792" w:type="dxa"/>
            <w:vAlign w:val="center"/>
          </w:tcPr>
          <w:p w14:paraId="73B144BF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6" w:type="dxa"/>
            <w:vAlign w:val="center"/>
          </w:tcPr>
          <w:p w14:paraId="72A754EF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RAHUL KUMAR YADAV</w:t>
            </w:r>
          </w:p>
        </w:tc>
        <w:tc>
          <w:tcPr>
            <w:tcW w:w="2088" w:type="dxa"/>
            <w:vAlign w:val="center"/>
          </w:tcPr>
          <w:p w14:paraId="18725747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AIK19EC031</w:t>
            </w:r>
          </w:p>
        </w:tc>
        <w:tc>
          <w:tcPr>
            <w:tcW w:w="2232" w:type="dxa"/>
            <w:vAlign w:val="center"/>
          </w:tcPr>
          <w:p w14:paraId="758AFB68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TENZOTECH</w:t>
            </w:r>
          </w:p>
        </w:tc>
        <w:tc>
          <w:tcPr>
            <w:tcW w:w="2520" w:type="dxa"/>
          </w:tcPr>
          <w:p w14:paraId="6FDBC2F5" w14:textId="207BBE68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10802010" w14:textId="77777777" w:rsidTr="001344BE">
        <w:trPr>
          <w:jc w:val="center"/>
        </w:trPr>
        <w:tc>
          <w:tcPr>
            <w:tcW w:w="792" w:type="dxa"/>
            <w:vAlign w:val="center"/>
          </w:tcPr>
          <w:p w14:paraId="2C6717C3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6" w:type="dxa"/>
            <w:vAlign w:val="center"/>
          </w:tcPr>
          <w:p w14:paraId="0A075EEC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RINCY VARGHESE</w:t>
            </w:r>
          </w:p>
        </w:tc>
        <w:tc>
          <w:tcPr>
            <w:tcW w:w="2088" w:type="dxa"/>
            <w:vAlign w:val="center"/>
          </w:tcPr>
          <w:p w14:paraId="57D1375C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AIK19EC032</w:t>
            </w:r>
          </w:p>
        </w:tc>
        <w:tc>
          <w:tcPr>
            <w:tcW w:w="2232" w:type="dxa"/>
            <w:vAlign w:val="center"/>
          </w:tcPr>
          <w:p w14:paraId="1045A409" w14:textId="623B938C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520" w:type="dxa"/>
          </w:tcPr>
          <w:p w14:paraId="5AB2980D" w14:textId="3B4026A3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5D97F311" w14:textId="77777777" w:rsidTr="001344BE">
        <w:trPr>
          <w:jc w:val="center"/>
        </w:trPr>
        <w:tc>
          <w:tcPr>
            <w:tcW w:w="792" w:type="dxa"/>
            <w:vAlign w:val="center"/>
          </w:tcPr>
          <w:p w14:paraId="1E5ACA86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6" w:type="dxa"/>
            <w:vAlign w:val="center"/>
          </w:tcPr>
          <w:p w14:paraId="1C183FD0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RINOY VARGHESE</w:t>
            </w:r>
          </w:p>
        </w:tc>
        <w:tc>
          <w:tcPr>
            <w:tcW w:w="2088" w:type="dxa"/>
            <w:vAlign w:val="center"/>
          </w:tcPr>
          <w:p w14:paraId="6954CCD3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AIK19EC033</w:t>
            </w:r>
          </w:p>
        </w:tc>
        <w:tc>
          <w:tcPr>
            <w:tcW w:w="2232" w:type="dxa"/>
            <w:vAlign w:val="center"/>
          </w:tcPr>
          <w:p w14:paraId="7542B8AE" w14:textId="76354BE0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520" w:type="dxa"/>
          </w:tcPr>
          <w:p w14:paraId="1BB3D8FC" w14:textId="770CB54E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2E5CC82C" w14:textId="77777777" w:rsidTr="001344BE">
        <w:trPr>
          <w:jc w:val="center"/>
        </w:trPr>
        <w:tc>
          <w:tcPr>
            <w:tcW w:w="792" w:type="dxa"/>
            <w:vAlign w:val="center"/>
          </w:tcPr>
          <w:p w14:paraId="2954C3DF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6" w:type="dxa"/>
            <w:vAlign w:val="center"/>
          </w:tcPr>
          <w:p w14:paraId="33EAFCAE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CRIS MARIA SHAJI</w:t>
            </w:r>
          </w:p>
        </w:tc>
        <w:tc>
          <w:tcPr>
            <w:tcW w:w="2088" w:type="dxa"/>
            <w:vAlign w:val="center"/>
          </w:tcPr>
          <w:p w14:paraId="58EC81AA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AIK19EC019</w:t>
            </w:r>
          </w:p>
        </w:tc>
        <w:tc>
          <w:tcPr>
            <w:tcW w:w="2232" w:type="dxa"/>
            <w:vAlign w:val="center"/>
          </w:tcPr>
          <w:p w14:paraId="04374A87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Godspeed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immigration and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Study Abroad Pvt.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Ltd</w:t>
            </w:r>
          </w:p>
        </w:tc>
        <w:tc>
          <w:tcPr>
            <w:tcW w:w="2520" w:type="dxa"/>
          </w:tcPr>
          <w:p w14:paraId="5832C282" w14:textId="4EEC1306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Campus</w:t>
            </w:r>
          </w:p>
        </w:tc>
      </w:tr>
      <w:tr w:rsidR="001344BE" w:rsidRPr="001344BE" w14:paraId="7F8102D8" w14:textId="77777777" w:rsidTr="001344BE">
        <w:trPr>
          <w:jc w:val="center"/>
        </w:trPr>
        <w:tc>
          <w:tcPr>
            <w:tcW w:w="792" w:type="dxa"/>
            <w:vAlign w:val="center"/>
          </w:tcPr>
          <w:p w14:paraId="38781CBF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6" w:type="dxa"/>
            <w:vAlign w:val="center"/>
          </w:tcPr>
          <w:p w14:paraId="72F3A047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ABIYUD TOM</w:t>
            </w:r>
          </w:p>
        </w:tc>
        <w:tc>
          <w:tcPr>
            <w:tcW w:w="2088" w:type="dxa"/>
            <w:vAlign w:val="center"/>
          </w:tcPr>
          <w:p w14:paraId="0758BC48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AIK19EC002</w:t>
            </w:r>
          </w:p>
        </w:tc>
        <w:tc>
          <w:tcPr>
            <w:tcW w:w="2232" w:type="dxa"/>
            <w:vAlign w:val="center"/>
          </w:tcPr>
          <w:p w14:paraId="723BCCA0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7B261859" w14:textId="3010EC7B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02CEA5C1" w14:textId="77777777" w:rsidTr="001344BE">
        <w:trPr>
          <w:jc w:val="center"/>
        </w:trPr>
        <w:tc>
          <w:tcPr>
            <w:tcW w:w="792" w:type="dxa"/>
            <w:vAlign w:val="center"/>
          </w:tcPr>
          <w:p w14:paraId="135703B2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6" w:type="dxa"/>
            <w:vAlign w:val="center"/>
          </w:tcPr>
          <w:p w14:paraId="0C357472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AKSHAY THOMAS</w:t>
            </w:r>
          </w:p>
        </w:tc>
        <w:tc>
          <w:tcPr>
            <w:tcW w:w="2088" w:type="dxa"/>
            <w:vAlign w:val="center"/>
          </w:tcPr>
          <w:p w14:paraId="79C0F667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AIK19EC004</w:t>
            </w:r>
          </w:p>
        </w:tc>
        <w:tc>
          <w:tcPr>
            <w:tcW w:w="2232" w:type="dxa"/>
            <w:vAlign w:val="center"/>
          </w:tcPr>
          <w:p w14:paraId="7AB9C813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 xml:space="preserve">Jobin &amp; </w:t>
            </w:r>
            <w:proofErr w:type="spellStart"/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Jismi</w:t>
            </w:r>
            <w:proofErr w:type="spellEnd"/>
          </w:p>
        </w:tc>
        <w:tc>
          <w:tcPr>
            <w:tcW w:w="2520" w:type="dxa"/>
          </w:tcPr>
          <w:p w14:paraId="443D6814" w14:textId="67F67639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4F786BB5" w14:textId="77777777" w:rsidTr="001344BE">
        <w:trPr>
          <w:jc w:val="center"/>
        </w:trPr>
        <w:tc>
          <w:tcPr>
            <w:tcW w:w="792" w:type="dxa"/>
            <w:vAlign w:val="center"/>
          </w:tcPr>
          <w:p w14:paraId="4CB99276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6" w:type="dxa"/>
            <w:vAlign w:val="center"/>
          </w:tcPr>
          <w:p w14:paraId="06349F4D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ANNET MARIA CYRIAC</w:t>
            </w:r>
          </w:p>
        </w:tc>
        <w:tc>
          <w:tcPr>
            <w:tcW w:w="2088" w:type="dxa"/>
            <w:vAlign w:val="center"/>
          </w:tcPr>
          <w:p w14:paraId="2BCFFCB4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AIK19EC008</w:t>
            </w:r>
          </w:p>
        </w:tc>
        <w:tc>
          <w:tcPr>
            <w:tcW w:w="2232" w:type="dxa"/>
            <w:vAlign w:val="center"/>
          </w:tcPr>
          <w:p w14:paraId="651E53EA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SIX DEE TECHNOLOGIES</w:t>
            </w:r>
          </w:p>
        </w:tc>
        <w:tc>
          <w:tcPr>
            <w:tcW w:w="2520" w:type="dxa"/>
          </w:tcPr>
          <w:p w14:paraId="57861FA2" w14:textId="75225DBE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0835E510" w14:textId="77777777" w:rsidTr="001344BE">
        <w:trPr>
          <w:jc w:val="center"/>
        </w:trPr>
        <w:tc>
          <w:tcPr>
            <w:tcW w:w="792" w:type="dxa"/>
            <w:vAlign w:val="center"/>
          </w:tcPr>
          <w:p w14:paraId="59C8E122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6" w:type="dxa"/>
            <w:vAlign w:val="center"/>
          </w:tcPr>
          <w:p w14:paraId="0A71C227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APSARA P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PURUSHOTHAMAN</w:t>
            </w:r>
          </w:p>
        </w:tc>
        <w:tc>
          <w:tcPr>
            <w:tcW w:w="2088" w:type="dxa"/>
            <w:vAlign w:val="center"/>
          </w:tcPr>
          <w:p w14:paraId="4931FBC1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AIK19EC010</w:t>
            </w:r>
          </w:p>
        </w:tc>
        <w:tc>
          <w:tcPr>
            <w:tcW w:w="2232" w:type="dxa"/>
            <w:vAlign w:val="center"/>
          </w:tcPr>
          <w:p w14:paraId="1D93EDB0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4F1232DB" w14:textId="036B4BF0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58669F7D" w14:textId="77777777" w:rsidTr="001344BE">
        <w:trPr>
          <w:jc w:val="center"/>
        </w:trPr>
        <w:tc>
          <w:tcPr>
            <w:tcW w:w="792" w:type="dxa"/>
            <w:vAlign w:val="center"/>
          </w:tcPr>
          <w:p w14:paraId="16A140B3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76" w:type="dxa"/>
            <w:vAlign w:val="center"/>
          </w:tcPr>
          <w:p w14:paraId="433BDB1C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BONIFACE NOEL</w:t>
            </w:r>
          </w:p>
        </w:tc>
        <w:tc>
          <w:tcPr>
            <w:tcW w:w="2088" w:type="dxa"/>
            <w:vAlign w:val="center"/>
          </w:tcPr>
          <w:p w14:paraId="6A5190F8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AIK19EC015</w:t>
            </w:r>
          </w:p>
        </w:tc>
        <w:tc>
          <w:tcPr>
            <w:tcW w:w="2232" w:type="dxa"/>
            <w:vAlign w:val="center"/>
          </w:tcPr>
          <w:p w14:paraId="56336517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IBS</w:t>
            </w:r>
          </w:p>
        </w:tc>
        <w:tc>
          <w:tcPr>
            <w:tcW w:w="2520" w:type="dxa"/>
          </w:tcPr>
          <w:p w14:paraId="0CBA0BE2" w14:textId="59284F2E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4B9B2F7A" w14:textId="77777777" w:rsidTr="001344BE">
        <w:trPr>
          <w:jc w:val="center"/>
        </w:trPr>
        <w:tc>
          <w:tcPr>
            <w:tcW w:w="792" w:type="dxa"/>
            <w:vAlign w:val="center"/>
          </w:tcPr>
          <w:p w14:paraId="740155B3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6" w:type="dxa"/>
            <w:vAlign w:val="center"/>
          </w:tcPr>
          <w:p w14:paraId="7241A551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CALVIN PJ</w:t>
            </w:r>
          </w:p>
        </w:tc>
        <w:tc>
          <w:tcPr>
            <w:tcW w:w="2088" w:type="dxa"/>
            <w:vAlign w:val="center"/>
          </w:tcPr>
          <w:p w14:paraId="5B7006D7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AIK19EC016</w:t>
            </w:r>
          </w:p>
        </w:tc>
        <w:tc>
          <w:tcPr>
            <w:tcW w:w="2232" w:type="dxa"/>
            <w:vAlign w:val="center"/>
          </w:tcPr>
          <w:p w14:paraId="73C34E07" w14:textId="4F79D476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METCLOUDS</w:t>
            </w:r>
          </w:p>
        </w:tc>
        <w:tc>
          <w:tcPr>
            <w:tcW w:w="2520" w:type="dxa"/>
          </w:tcPr>
          <w:p w14:paraId="26956046" w14:textId="7A7281CE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5D4E6DEB" w14:textId="77777777" w:rsidTr="001344BE">
        <w:trPr>
          <w:jc w:val="center"/>
        </w:trPr>
        <w:tc>
          <w:tcPr>
            <w:tcW w:w="792" w:type="dxa"/>
            <w:vAlign w:val="center"/>
          </w:tcPr>
          <w:p w14:paraId="1B793131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6" w:type="dxa"/>
            <w:vAlign w:val="center"/>
          </w:tcPr>
          <w:p w14:paraId="1360DE6C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DILRUBA ALEEMA</w:t>
            </w:r>
          </w:p>
        </w:tc>
        <w:tc>
          <w:tcPr>
            <w:tcW w:w="2088" w:type="dxa"/>
            <w:vAlign w:val="center"/>
          </w:tcPr>
          <w:p w14:paraId="0641A2D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AIK19EC020</w:t>
            </w:r>
          </w:p>
        </w:tc>
        <w:tc>
          <w:tcPr>
            <w:tcW w:w="2232" w:type="dxa"/>
            <w:vAlign w:val="center"/>
          </w:tcPr>
          <w:p w14:paraId="1F11B2A8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TECHMAGHI</w:t>
            </w:r>
          </w:p>
        </w:tc>
        <w:tc>
          <w:tcPr>
            <w:tcW w:w="2520" w:type="dxa"/>
          </w:tcPr>
          <w:p w14:paraId="04FF9D9E" w14:textId="15EAC3D5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7641E775" w14:textId="77777777" w:rsidTr="001344BE">
        <w:trPr>
          <w:jc w:val="center"/>
        </w:trPr>
        <w:tc>
          <w:tcPr>
            <w:tcW w:w="792" w:type="dxa"/>
            <w:vAlign w:val="center"/>
          </w:tcPr>
          <w:p w14:paraId="24DBC111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76" w:type="dxa"/>
            <w:vAlign w:val="center"/>
          </w:tcPr>
          <w:p w14:paraId="1D8A63D9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FARJAAD ZAFAR</w:t>
            </w:r>
          </w:p>
        </w:tc>
        <w:tc>
          <w:tcPr>
            <w:tcW w:w="2088" w:type="dxa"/>
            <w:vAlign w:val="center"/>
          </w:tcPr>
          <w:p w14:paraId="612537EC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AIK19EC021</w:t>
            </w:r>
          </w:p>
        </w:tc>
        <w:tc>
          <w:tcPr>
            <w:tcW w:w="2232" w:type="dxa"/>
            <w:vAlign w:val="center"/>
          </w:tcPr>
          <w:p w14:paraId="6BDF4C7F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70869653" w14:textId="0CAD72F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36C64B33" w14:textId="77777777" w:rsidTr="001344BE">
        <w:trPr>
          <w:jc w:val="center"/>
        </w:trPr>
        <w:tc>
          <w:tcPr>
            <w:tcW w:w="792" w:type="dxa"/>
            <w:vAlign w:val="center"/>
          </w:tcPr>
          <w:p w14:paraId="595976B4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76" w:type="dxa"/>
            <w:vAlign w:val="center"/>
          </w:tcPr>
          <w:p w14:paraId="582BB354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HARIKRISHNAN ANANDAN</w:t>
            </w:r>
          </w:p>
        </w:tc>
        <w:tc>
          <w:tcPr>
            <w:tcW w:w="2088" w:type="dxa"/>
            <w:vAlign w:val="center"/>
          </w:tcPr>
          <w:p w14:paraId="1F8B727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AIK19EC023</w:t>
            </w:r>
          </w:p>
        </w:tc>
        <w:tc>
          <w:tcPr>
            <w:tcW w:w="2232" w:type="dxa"/>
            <w:vAlign w:val="center"/>
          </w:tcPr>
          <w:p w14:paraId="43B3D823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65778F6E" w14:textId="6AC0F5C8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34BC0969" w14:textId="77777777" w:rsidTr="001344BE">
        <w:trPr>
          <w:jc w:val="center"/>
        </w:trPr>
        <w:tc>
          <w:tcPr>
            <w:tcW w:w="792" w:type="dxa"/>
            <w:vAlign w:val="center"/>
          </w:tcPr>
          <w:p w14:paraId="703FAE01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76" w:type="dxa"/>
            <w:vAlign w:val="center"/>
          </w:tcPr>
          <w:p w14:paraId="56034B55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JESVIN JOHNSON M</w:t>
            </w:r>
          </w:p>
        </w:tc>
        <w:tc>
          <w:tcPr>
            <w:tcW w:w="2088" w:type="dxa"/>
            <w:vAlign w:val="center"/>
          </w:tcPr>
          <w:p w14:paraId="576DD62B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AIK19EC024</w:t>
            </w:r>
          </w:p>
        </w:tc>
        <w:tc>
          <w:tcPr>
            <w:tcW w:w="2232" w:type="dxa"/>
            <w:vAlign w:val="center"/>
          </w:tcPr>
          <w:p w14:paraId="2BBE04BE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SIMPL O TEL</w:t>
            </w:r>
          </w:p>
        </w:tc>
        <w:tc>
          <w:tcPr>
            <w:tcW w:w="2520" w:type="dxa"/>
          </w:tcPr>
          <w:p w14:paraId="33C8ADB0" w14:textId="602FB6C6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5DB97A1D" w14:textId="77777777" w:rsidTr="001344BE">
        <w:trPr>
          <w:jc w:val="center"/>
        </w:trPr>
        <w:tc>
          <w:tcPr>
            <w:tcW w:w="792" w:type="dxa"/>
            <w:vAlign w:val="center"/>
          </w:tcPr>
          <w:p w14:paraId="2CC1DE22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76" w:type="dxa"/>
            <w:vAlign w:val="center"/>
          </w:tcPr>
          <w:p w14:paraId="247381CA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JOSEPH RENIL K M</w:t>
            </w:r>
          </w:p>
        </w:tc>
        <w:tc>
          <w:tcPr>
            <w:tcW w:w="2088" w:type="dxa"/>
            <w:vAlign w:val="center"/>
          </w:tcPr>
          <w:p w14:paraId="7E46E823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AIK19EC026</w:t>
            </w:r>
          </w:p>
        </w:tc>
        <w:tc>
          <w:tcPr>
            <w:tcW w:w="2232" w:type="dxa"/>
            <w:vAlign w:val="center"/>
          </w:tcPr>
          <w:p w14:paraId="01448B0B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3D96D015" w14:textId="6710373D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7FDF9BA0" w14:textId="77777777" w:rsidTr="001344BE">
        <w:trPr>
          <w:jc w:val="center"/>
        </w:trPr>
        <w:tc>
          <w:tcPr>
            <w:tcW w:w="792" w:type="dxa"/>
            <w:vAlign w:val="center"/>
          </w:tcPr>
          <w:p w14:paraId="2F8E9097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76" w:type="dxa"/>
            <w:vAlign w:val="center"/>
          </w:tcPr>
          <w:p w14:paraId="0B4DB378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LINANDER JUSTIN</w:t>
            </w:r>
          </w:p>
        </w:tc>
        <w:tc>
          <w:tcPr>
            <w:tcW w:w="2088" w:type="dxa"/>
            <w:vAlign w:val="center"/>
          </w:tcPr>
          <w:p w14:paraId="3EEAC86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AIK19EC028</w:t>
            </w:r>
          </w:p>
        </w:tc>
        <w:tc>
          <w:tcPr>
            <w:tcW w:w="2232" w:type="dxa"/>
            <w:vAlign w:val="center"/>
          </w:tcPr>
          <w:p w14:paraId="5017E287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3F5A2238" w14:textId="234DC416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76749BF0" w14:textId="77777777" w:rsidTr="001344BE">
        <w:trPr>
          <w:jc w:val="center"/>
        </w:trPr>
        <w:tc>
          <w:tcPr>
            <w:tcW w:w="792" w:type="dxa"/>
            <w:vAlign w:val="center"/>
          </w:tcPr>
          <w:p w14:paraId="40624ECC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76" w:type="dxa"/>
            <w:vAlign w:val="center"/>
          </w:tcPr>
          <w:p w14:paraId="1675C3C0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MAHIN MUHAMMED</w:t>
            </w:r>
          </w:p>
        </w:tc>
        <w:tc>
          <w:tcPr>
            <w:tcW w:w="2088" w:type="dxa"/>
            <w:vAlign w:val="center"/>
          </w:tcPr>
          <w:p w14:paraId="3EE355D9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AIK19EC030</w:t>
            </w:r>
          </w:p>
        </w:tc>
        <w:tc>
          <w:tcPr>
            <w:tcW w:w="2232" w:type="dxa"/>
            <w:vAlign w:val="center"/>
          </w:tcPr>
          <w:p w14:paraId="3261290B" w14:textId="2A7EFA00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CAVLI WIRELESS</w:t>
            </w:r>
          </w:p>
        </w:tc>
        <w:tc>
          <w:tcPr>
            <w:tcW w:w="2520" w:type="dxa"/>
          </w:tcPr>
          <w:p w14:paraId="54706236" w14:textId="1D7E7859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0FA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62F9215A" w14:textId="77777777" w:rsidTr="001344BE">
        <w:trPr>
          <w:jc w:val="center"/>
        </w:trPr>
        <w:tc>
          <w:tcPr>
            <w:tcW w:w="792" w:type="dxa"/>
            <w:vAlign w:val="center"/>
          </w:tcPr>
          <w:p w14:paraId="728F3CB9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76" w:type="dxa"/>
            <w:vAlign w:val="center"/>
          </w:tcPr>
          <w:p w14:paraId="7C196CD4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SAMUEL ANTONY</w:t>
            </w:r>
          </w:p>
        </w:tc>
        <w:tc>
          <w:tcPr>
            <w:tcW w:w="2088" w:type="dxa"/>
            <w:vAlign w:val="center"/>
          </w:tcPr>
          <w:p w14:paraId="7671094F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AIK19EC034</w:t>
            </w:r>
          </w:p>
        </w:tc>
        <w:tc>
          <w:tcPr>
            <w:tcW w:w="2232" w:type="dxa"/>
            <w:vAlign w:val="center"/>
          </w:tcPr>
          <w:p w14:paraId="697F051F" w14:textId="4A6DD8B3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DGS TECHNICALSERVICES</w:t>
            </w:r>
          </w:p>
        </w:tc>
        <w:tc>
          <w:tcPr>
            <w:tcW w:w="2520" w:type="dxa"/>
          </w:tcPr>
          <w:p w14:paraId="48F465FB" w14:textId="17DBAFBF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0FA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0F94032A" w14:textId="77777777" w:rsidTr="001344BE">
        <w:trPr>
          <w:jc w:val="center"/>
        </w:trPr>
        <w:tc>
          <w:tcPr>
            <w:tcW w:w="792" w:type="dxa"/>
            <w:vAlign w:val="center"/>
          </w:tcPr>
          <w:p w14:paraId="0A816B5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376" w:type="dxa"/>
            <w:vAlign w:val="center"/>
          </w:tcPr>
          <w:p w14:paraId="22009751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SAVANTH P.S.</w:t>
            </w:r>
          </w:p>
        </w:tc>
        <w:tc>
          <w:tcPr>
            <w:tcW w:w="2088" w:type="dxa"/>
            <w:vAlign w:val="center"/>
          </w:tcPr>
          <w:p w14:paraId="0BB9D1A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AIK19EC036</w:t>
            </w:r>
          </w:p>
        </w:tc>
        <w:tc>
          <w:tcPr>
            <w:tcW w:w="2232" w:type="dxa"/>
            <w:vAlign w:val="center"/>
          </w:tcPr>
          <w:p w14:paraId="72AD85C1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05F127E4" w14:textId="6F5F02D3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0B710050" w14:textId="77777777" w:rsidTr="001344BE">
        <w:trPr>
          <w:jc w:val="center"/>
        </w:trPr>
        <w:tc>
          <w:tcPr>
            <w:tcW w:w="792" w:type="dxa"/>
            <w:vAlign w:val="center"/>
          </w:tcPr>
          <w:p w14:paraId="3C4A119D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76" w:type="dxa"/>
            <w:vAlign w:val="center"/>
          </w:tcPr>
          <w:p w14:paraId="00928616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SERENE ROY</w:t>
            </w:r>
          </w:p>
        </w:tc>
        <w:tc>
          <w:tcPr>
            <w:tcW w:w="2088" w:type="dxa"/>
            <w:vAlign w:val="center"/>
          </w:tcPr>
          <w:p w14:paraId="102EA980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AIK19EC037</w:t>
            </w:r>
          </w:p>
        </w:tc>
        <w:tc>
          <w:tcPr>
            <w:tcW w:w="2232" w:type="dxa"/>
            <w:vAlign w:val="center"/>
          </w:tcPr>
          <w:p w14:paraId="69294D1E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TERAWE TECHNOLOGIES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PVT LTD</w:t>
            </w:r>
          </w:p>
        </w:tc>
        <w:tc>
          <w:tcPr>
            <w:tcW w:w="2520" w:type="dxa"/>
          </w:tcPr>
          <w:p w14:paraId="70807763" w14:textId="1B565B11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0FA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3AB74895" w14:textId="77777777" w:rsidTr="001344BE">
        <w:trPr>
          <w:jc w:val="center"/>
        </w:trPr>
        <w:tc>
          <w:tcPr>
            <w:tcW w:w="792" w:type="dxa"/>
            <w:vAlign w:val="center"/>
          </w:tcPr>
          <w:p w14:paraId="0925AD8B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76" w:type="dxa"/>
            <w:vAlign w:val="center"/>
          </w:tcPr>
          <w:p w14:paraId="057F74FB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SMIYA M S</w:t>
            </w:r>
          </w:p>
        </w:tc>
        <w:tc>
          <w:tcPr>
            <w:tcW w:w="2088" w:type="dxa"/>
            <w:vAlign w:val="center"/>
          </w:tcPr>
          <w:p w14:paraId="05B77F9A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AIK19EC038</w:t>
            </w:r>
          </w:p>
        </w:tc>
        <w:tc>
          <w:tcPr>
            <w:tcW w:w="2232" w:type="dxa"/>
            <w:vAlign w:val="center"/>
          </w:tcPr>
          <w:p w14:paraId="6BA6F62F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7F3F4E99" w14:textId="32651C66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3FCF43AB" w14:textId="77777777" w:rsidTr="001344BE">
        <w:trPr>
          <w:jc w:val="center"/>
        </w:trPr>
        <w:tc>
          <w:tcPr>
            <w:tcW w:w="792" w:type="dxa"/>
            <w:vAlign w:val="center"/>
          </w:tcPr>
          <w:p w14:paraId="24683F7E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76" w:type="dxa"/>
            <w:vAlign w:val="center"/>
          </w:tcPr>
          <w:p w14:paraId="4E588390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SUHANA K UBAIDE</w:t>
            </w:r>
          </w:p>
        </w:tc>
        <w:tc>
          <w:tcPr>
            <w:tcW w:w="2088" w:type="dxa"/>
            <w:vAlign w:val="center"/>
          </w:tcPr>
          <w:p w14:paraId="34BC0D65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AIK19EC039</w:t>
            </w:r>
          </w:p>
        </w:tc>
        <w:tc>
          <w:tcPr>
            <w:tcW w:w="2232" w:type="dxa"/>
            <w:vAlign w:val="center"/>
          </w:tcPr>
          <w:p w14:paraId="2D5AAC9E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EY Global Delivery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India LLP</w:t>
            </w:r>
          </w:p>
        </w:tc>
        <w:tc>
          <w:tcPr>
            <w:tcW w:w="2520" w:type="dxa"/>
          </w:tcPr>
          <w:p w14:paraId="0A9CE379" w14:textId="52FA2C54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0FA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344BE" w14:paraId="3E5ADD04" w14:textId="77777777" w:rsidTr="001344BE">
        <w:trPr>
          <w:jc w:val="center"/>
        </w:trPr>
        <w:tc>
          <w:tcPr>
            <w:tcW w:w="792" w:type="dxa"/>
            <w:vAlign w:val="center"/>
          </w:tcPr>
          <w:p w14:paraId="0D63BF21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76" w:type="dxa"/>
            <w:vAlign w:val="center"/>
          </w:tcPr>
          <w:p w14:paraId="46A81DD2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VARSHA R</w:t>
            </w:r>
          </w:p>
        </w:tc>
        <w:tc>
          <w:tcPr>
            <w:tcW w:w="2088" w:type="dxa"/>
            <w:vAlign w:val="center"/>
          </w:tcPr>
          <w:p w14:paraId="3A8CCA0C" w14:textId="77777777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AIK19EC040</w:t>
            </w:r>
          </w:p>
        </w:tc>
        <w:tc>
          <w:tcPr>
            <w:tcW w:w="2232" w:type="dxa"/>
            <w:vAlign w:val="center"/>
          </w:tcPr>
          <w:p w14:paraId="462FF025" w14:textId="77777777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Sutherland Global</w:t>
            </w:r>
            <w:r w:rsidRPr="001344BE">
              <w:rPr>
                <w:rFonts w:ascii="Times New Roman" w:hAnsi="Times New Roman" w:cs="Times New Roman"/>
                <w:sz w:val="24"/>
                <w:szCs w:val="24"/>
              </w:rPr>
              <w:br/>
              <w:t>Services Pvt. Ltd</w:t>
            </w:r>
          </w:p>
        </w:tc>
        <w:tc>
          <w:tcPr>
            <w:tcW w:w="2520" w:type="dxa"/>
          </w:tcPr>
          <w:p w14:paraId="381CA7B7" w14:textId="3A211448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58A1">
              <w:rPr>
                <w:rFonts w:ascii="Times New Roman" w:hAnsi="Times New Roman" w:cs="Times New Roman"/>
                <w:sz w:val="24"/>
                <w:szCs w:val="24"/>
              </w:rPr>
              <w:t xml:space="preserve"> Campus</w:t>
            </w:r>
          </w:p>
        </w:tc>
      </w:tr>
      <w:tr w:rsidR="001344BE" w:rsidRPr="001344BE" w14:paraId="34D74B67" w14:textId="77777777" w:rsidTr="001344BE">
        <w:trPr>
          <w:jc w:val="center"/>
        </w:trPr>
        <w:tc>
          <w:tcPr>
            <w:tcW w:w="792" w:type="dxa"/>
            <w:vAlign w:val="center"/>
          </w:tcPr>
          <w:p w14:paraId="07A0FDA8" w14:textId="68E75AF9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76" w:type="dxa"/>
            <w:vAlign w:val="center"/>
          </w:tcPr>
          <w:p w14:paraId="462FBC52" w14:textId="695DFC6F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AKSHAY AUGUSTIN</w:t>
            </w:r>
          </w:p>
        </w:tc>
        <w:tc>
          <w:tcPr>
            <w:tcW w:w="2088" w:type="dxa"/>
            <w:vAlign w:val="center"/>
          </w:tcPr>
          <w:p w14:paraId="30587FA8" w14:textId="0D231DAE" w:rsidR="001344BE" w:rsidRPr="001344BE" w:rsidRDefault="001344BE" w:rsidP="00134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AIK19EC003</w:t>
            </w:r>
          </w:p>
        </w:tc>
        <w:tc>
          <w:tcPr>
            <w:tcW w:w="2232" w:type="dxa"/>
            <w:vAlign w:val="center"/>
          </w:tcPr>
          <w:p w14:paraId="4E260D79" w14:textId="3F0FF994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BE">
              <w:rPr>
                <w:rFonts w:ascii="Times New Roman" w:hAnsi="Times New Roman" w:cs="Times New Roman"/>
                <w:sz w:val="24"/>
                <w:szCs w:val="24"/>
              </w:rPr>
              <w:t>SKYWALK GLOBAL</w:t>
            </w:r>
          </w:p>
        </w:tc>
        <w:tc>
          <w:tcPr>
            <w:tcW w:w="2520" w:type="dxa"/>
          </w:tcPr>
          <w:p w14:paraId="24DFB2B3" w14:textId="655CA230" w:rsidR="001344BE" w:rsidRPr="001344BE" w:rsidRDefault="001344BE" w:rsidP="0013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0FA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</w:tbl>
    <w:p w14:paraId="476BC2C1" w14:textId="77777777" w:rsidR="00510F44" w:rsidRPr="001344BE" w:rsidRDefault="00510F44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ABA49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E5A698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F7A1CB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B4428B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54BDF3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45F366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A67DC6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DCA4E4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214C73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E8D89A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48D462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7C30DC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62630F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E02138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6A3F54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C92EFB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AF5A9C" w14:textId="4D9EF6B0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6AA796" w14:textId="77777777" w:rsidR="005055AE" w:rsidRDefault="005055AE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52CBC5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3AB816" w14:textId="71F9A0E5" w:rsidR="00A21368" w:rsidRDefault="005D6B14" w:rsidP="005D6B1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sz w:val="20"/>
        </w:rPr>
        <w:lastRenderedPageBreak/>
        <w:drawing>
          <wp:inline distT="0" distB="0" distL="0" distR="0" wp14:anchorId="01F2F038" wp14:editId="5FF6444C">
            <wp:extent cx="6600825" cy="932763"/>
            <wp:effectExtent l="0" t="0" r="0" b="1270"/>
            <wp:docPr id="1" name="Image 2" descr="C:\Users\user\Downloads\aisat white b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ownloads\aisat white b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359" cy="93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0A46" w14:textId="4287B156" w:rsidR="005D6B14" w:rsidRPr="00DC70BF" w:rsidRDefault="005D6B14" w:rsidP="005D6B1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C70BF">
        <w:rPr>
          <w:rFonts w:ascii="Times New Roman" w:hAnsi="Times New Roman" w:cs="Times New Roman"/>
          <w:b/>
          <w:sz w:val="24"/>
          <w:szCs w:val="24"/>
          <w:u w:val="single"/>
        </w:rPr>
        <w:t>ECE-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Batch 9 (2021-2024)</w:t>
      </w:r>
    </w:p>
    <w:p w14:paraId="3487B310" w14:textId="77777777" w:rsidR="00C2743E" w:rsidRDefault="00C2743E" w:rsidP="00C2743E">
      <w:pPr>
        <w:spacing w:after="0" w:line="240" w:lineRule="auto"/>
        <w:rPr>
          <w:rFonts w:ascii="Calibri" w:eastAsia="Times New Roman" w:hAnsi="Calibri" w:cs="Calibri"/>
          <w:color w:val="000000"/>
          <w:lang w:eastAsia="en-IN"/>
        </w:rPr>
      </w:pPr>
    </w:p>
    <w:tbl>
      <w:tblPr>
        <w:tblW w:w="10065" w:type="dxa"/>
        <w:tblInd w:w="562" w:type="dxa"/>
        <w:tblLook w:val="04A0" w:firstRow="1" w:lastRow="0" w:firstColumn="1" w:lastColumn="0" w:noHBand="0" w:noVBand="1"/>
      </w:tblPr>
      <w:tblGrid>
        <w:gridCol w:w="682"/>
        <w:gridCol w:w="2552"/>
        <w:gridCol w:w="1843"/>
        <w:gridCol w:w="2270"/>
        <w:gridCol w:w="2718"/>
      </w:tblGrid>
      <w:tr w:rsidR="00510F44" w:rsidRPr="001B4A9C" w14:paraId="0C920161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4D3F" w14:textId="0F1059D6" w:rsidR="00510F44" w:rsidRPr="001B4A9C" w:rsidRDefault="00510F44" w:rsidP="00510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proofErr w:type="spellEnd"/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3AF6" w14:textId="6E9A0B90" w:rsidR="00510F44" w:rsidRPr="001B4A9C" w:rsidRDefault="00510F44" w:rsidP="00510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 placed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B760" w14:textId="5B0576EA" w:rsidR="00510F44" w:rsidRPr="001B4A9C" w:rsidRDefault="00510F44" w:rsidP="00510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Enrollment No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A6B5" w14:textId="251FF752" w:rsidR="00510F44" w:rsidRPr="001B4A9C" w:rsidRDefault="00510F44" w:rsidP="00510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Name of Employer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23683" w14:textId="33B67D26" w:rsidR="00510F44" w:rsidRPr="001B4A9C" w:rsidRDefault="00510F44" w:rsidP="00510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On campus/off campus</w:t>
            </w:r>
          </w:p>
        </w:tc>
      </w:tr>
      <w:tr w:rsidR="001344BE" w:rsidRPr="001B4A9C" w14:paraId="2E1D611D" w14:textId="77777777" w:rsidTr="00EE6516">
        <w:trPr>
          <w:trHeight w:val="113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BAC2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7F356" w14:textId="6599E7DB" w:rsidR="001344BE" w:rsidRPr="001B4A9C" w:rsidRDefault="001344BE" w:rsidP="003E6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AARON XAVIER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19A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AIK20EC001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8460F" w14:textId="2D99B6D5" w:rsidR="001344BE" w:rsidRPr="003E690F" w:rsidRDefault="001B4A9C" w:rsidP="003E69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690F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9D462E0" w14:textId="376EB81B" w:rsidR="001344BE" w:rsidRPr="001B4A9C" w:rsidRDefault="003E690F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UBIO BIO</w:t>
            </w:r>
            <w:r w:rsidR="00EE6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TECHNOLOGY SYSTEMS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A4F7E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9477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1F269" w14:textId="4C6872C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49A024C2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6D8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CAAC8" w14:textId="0331194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AGHILA K 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87F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AIK20EC003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D9369" w14:textId="7614725E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IMBS</w:t>
            </w:r>
          </w:p>
          <w:p w14:paraId="2D5CD3D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0838" w14:textId="602AAA5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C34DA97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F0D3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A5EDB" w14:textId="7911FCDD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AJULAL C 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5BEA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AIK20EC004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0680E" w14:textId="518489D5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  <w:p w14:paraId="2604DB4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DAFFA" w14:textId="5FD6AF3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042C1982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2CBB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E04CB" w14:textId="2D12141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AKHIL MUSTHAFA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ACD5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AIK20EC006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5F06" w14:textId="3340DBB2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7F0B34E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A80CD" w14:textId="2D37635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6429F6BD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B4C6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E9310" w14:textId="67F1BA3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ALVINA ANIL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C948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A85A3" w14:textId="6C70475B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06F5977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023CC" w14:textId="6363C79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788D7FB5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BA24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C592D" w14:textId="7E5C7FA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ANANDA KRISHNAN 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5EAB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A4061" w14:textId="68D69A1A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EXL</w:t>
            </w:r>
          </w:p>
          <w:p w14:paraId="2284912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206D8" w14:textId="05EBC60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CC9F277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92A8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16CE9" w14:textId="5751D1B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ANDRESA MARIA PEREIRA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C07C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AIK20EC015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23A2C" w14:textId="177DB83B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4ACE99A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881D6" w14:textId="74D20D3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19F5C50B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7A5A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B037D" w14:textId="782D577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ANISA MUMTAZ C 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183A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3EB04" w14:textId="30F7E034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TCS</w:t>
            </w:r>
          </w:p>
          <w:p w14:paraId="424BDA62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05CAF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7B4F4" w14:textId="0202DCB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49AF62F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4E6A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15C39" w14:textId="2125955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ANSIYA V 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E27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AIK20EC017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B5DA0" w14:textId="12CEC4D4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ARCHON SOLUTIONS</w:t>
            </w:r>
          </w:p>
          <w:p w14:paraId="59D382A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88ECC" w14:textId="42D9343D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7C272648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34D4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78AD5" w14:textId="13AFE84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ANTONY AIBEL MENDEZ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5ED8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AIK20EC018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59626" w14:textId="72DBB35E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25BE2EA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0D0CE" w14:textId="77F1AF1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6761BDCC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481E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779F8" w14:textId="43F22EC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ASHWIN LINU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EE1C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88274" w14:textId="65EA8DE3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TERAWE</w:t>
            </w:r>
          </w:p>
          <w:p w14:paraId="2DA1A35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3019D" w14:textId="6A64BF39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038013BC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B2C2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A97DC" w14:textId="2F1ACE2D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ATHIRA ANILKUMAR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0A0C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49B33" w14:textId="57B89EEE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0022FA7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FD30A" w14:textId="40EE5FE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6B624539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1C0C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75F4" w14:textId="523FF4F8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DONA BINU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2B51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AIK20EC027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9BD3F" w14:textId="4062C131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4DBDF2D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979CC" w14:textId="13E291D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735DD145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68BC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E071E" w14:textId="4352E90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EBIN SIVADAS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0D5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AIK20EC028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FF3B5" w14:textId="67D2E3B6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7B05365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20A9D" w14:textId="0BB0A27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0FA1360F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32A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E5B22" w14:textId="66A9947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EDWIN MARTIN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AE3D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2B92B" w14:textId="030DE9B6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3F96843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ABA14" w14:textId="6239926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3B66CDCE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3980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CB97C" w14:textId="2423A4E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EMILDA BABU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49B9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AIK20EC030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0FB7D" w14:textId="6922C3CE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COMTROL</w:t>
            </w:r>
          </w:p>
          <w:p w14:paraId="4CFCE73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000AE" w14:textId="045C4A3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6CC45D1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335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7C8AC" w14:textId="761E315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FATHIMA SALAM M 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A604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AIK20EC031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D4084" w14:textId="2E74A52A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6F00D9EC" w14:textId="77777777" w:rsidR="001344BE" w:rsidRPr="001B4A9C" w:rsidRDefault="001344BE" w:rsidP="001344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2800" w14:textId="6398FCD8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466C1360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F372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36692" w14:textId="4E5B7A8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IMMANUEL ISHAL ROBERT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2F10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AIK20EC034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5EC2A" w14:textId="75FE8765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1071F7C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C4691" w14:textId="7F28DFE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45A19EE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0168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D0BEA" w14:textId="62ED431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 J MANUVAL JEZWIN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EE5C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AIK20EC039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2C27C" w14:textId="692FF959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BAKER AND GREY</w:t>
            </w:r>
          </w:p>
          <w:p w14:paraId="3CCC072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B69E3" w14:textId="5E21ACC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C5CBC09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1B20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785F8" w14:textId="6247B89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MINNU K SHAJI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B434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AIK20EC041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FC504" w14:textId="2515B705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SSE TECH</w:t>
            </w:r>
          </w:p>
          <w:p w14:paraId="0B66115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3C36B" w14:textId="4CEE39D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F4D57BB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668C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E8D62" w14:textId="246A590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MUHAMMED ALTHAF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2C27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AIK20EC045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A3AB9" w14:textId="21DA8F61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0BABA4C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C0F8C" w14:textId="1C4C1B5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4801D9A2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B940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A8404" w14:textId="5D1F934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NEHLA 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7857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AIK20EC046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8E5CD" w14:textId="23192F03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TECHNOLOGICS GLOBAL</w:t>
            </w:r>
          </w:p>
          <w:p w14:paraId="0CB4B7B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819C9" w14:textId="54BAC7C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0B744EC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6FCB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A8CD1" w14:textId="1AFFE38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PAUL DAVIS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9039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AIK20EC047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C31D" w14:textId="1DA3D7B5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328C2FE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F726" w14:textId="7B37DA5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5D618908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BDC9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A51F0" w14:textId="7C7A1DD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RIYA SANJEEV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6502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AIK20EC049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E1BEC" w14:textId="088884BA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7A51FD3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BB73E" w14:textId="03DA15A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4AE4D633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2EB0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E127B" w14:textId="53C1BBA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SARISHMA A 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7A3F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AIK20EC053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B37AB" w14:textId="77AEE41D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TECHMAGHI</w:t>
            </w:r>
          </w:p>
          <w:p w14:paraId="2C63604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176BB" w14:textId="22B1C26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F51AD9B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A3C8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0738F" w14:textId="78F6E8F5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SONA JUDSON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E2C7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AIK20EC056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C79D7" w14:textId="35A1269E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29EB182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B65EB" w14:textId="6E0EA91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692F2057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DE6D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E2756" w14:textId="354D8A3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THEERTHA ALPHONSA V 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80EE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AIK20EC059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03C50" w14:textId="4E1A2373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TECHMAGHI</w:t>
            </w:r>
          </w:p>
          <w:p w14:paraId="778689B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E8C09" w14:textId="5D4F600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75A30B0A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8992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91896" w14:textId="1DB050C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TINSON SAJAN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DFA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AIK20EC060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1B7A0" w14:textId="27D48ED8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408E75C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9287D" w14:textId="21BA10A8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5077A8D4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B715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840C6" w14:textId="535AAE82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FATHIMA SHABU</w:t>
            </w:r>
          </w:p>
          <w:p w14:paraId="0B898C7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DEB2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LAIK20EC062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3D730" w14:textId="50317C30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SUTHERLAND</w:t>
            </w:r>
          </w:p>
          <w:p w14:paraId="14B3555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D7253" w14:textId="6478A9D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139E1264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49C3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9C397" w14:textId="785165A3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TENIN FERNANDEZ</w:t>
            </w:r>
          </w:p>
          <w:p w14:paraId="44118159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C192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LAIK20EC065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E0DF6" w14:textId="70563A38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7FEA8F13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FBDB7" w14:textId="3FF0143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1A19061" w14:textId="77777777" w:rsidTr="003E690F">
        <w:trPr>
          <w:trHeight w:val="103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431F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C9317" w14:textId="720BED3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ASHWIN BALAKRISHNAN</w:t>
            </w:r>
          </w:p>
          <w:p w14:paraId="3B539719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8675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AIK20EC021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10C22" w14:textId="3E760AF0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183B4F8B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73D25" w14:textId="7844FD2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4DE3220B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CAE3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40058" w14:textId="45A8D3FF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AKHIL RAGHU</w:t>
            </w:r>
          </w:p>
          <w:p w14:paraId="072E08B0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FFDD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AIK20EC007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8DF0A" w14:textId="61050388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SFO TECHNOLOGIES</w:t>
            </w:r>
          </w:p>
          <w:p w14:paraId="09E1719B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FFB29" w14:textId="09B0228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6A413646" w14:textId="77777777" w:rsidTr="00510F44">
        <w:trPr>
          <w:trHeight w:val="93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DEB2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2BA8A" w14:textId="65B63411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ALPHIN DAVID</w:t>
            </w:r>
          </w:p>
          <w:p w14:paraId="56CB20A4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00B9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AIK20EC010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A96A7" w14:textId="05780560" w:rsidR="001344BE" w:rsidRPr="001B4A9C" w:rsidRDefault="001B4A9C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PURPOSE TECHNOLOGY</w:t>
            </w:r>
          </w:p>
          <w:p w14:paraId="6E322782" w14:textId="77777777" w:rsidR="001344BE" w:rsidRPr="001B4A9C" w:rsidRDefault="001344BE" w:rsidP="001344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291D4" w14:textId="45293D6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</w:tbl>
    <w:p w14:paraId="62CC0779" w14:textId="77777777" w:rsidR="00C2743E" w:rsidRPr="001B4A9C" w:rsidRDefault="00C2743E" w:rsidP="00C27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14:paraId="76ABAF5C" w14:textId="77777777" w:rsidR="00A21368" w:rsidRPr="001B4A9C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1D0A3C" w14:textId="77777777" w:rsidR="00A21368" w:rsidRPr="001B4A9C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9CF7D2" w14:textId="77777777" w:rsidR="00A21368" w:rsidRPr="001B4A9C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D8CFA8" w14:textId="0B1D1C68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D76FDC" w14:textId="77777777" w:rsidR="00346B7B" w:rsidRPr="001B4A9C" w:rsidRDefault="00346B7B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03725A" w14:textId="24AC03AE" w:rsidR="00A21368" w:rsidRDefault="00A21368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15EA0C" w14:textId="41C0C545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5CCC19" w14:textId="520EA15D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51552A" w14:textId="493CE0B5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855F4A" w14:textId="7AA5640F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FC8CE9" w14:textId="34B68B0E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16BB4" w14:textId="77777777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EAE9BE" w14:textId="109E7179" w:rsidR="00A21368" w:rsidRDefault="005D6B14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sz w:val="20"/>
        </w:rPr>
        <w:lastRenderedPageBreak/>
        <w:drawing>
          <wp:inline distT="0" distB="0" distL="0" distR="0" wp14:anchorId="2973E13C" wp14:editId="5D949010">
            <wp:extent cx="6600825" cy="932763"/>
            <wp:effectExtent l="0" t="0" r="0" b="1270"/>
            <wp:docPr id="3" name="Image 2" descr="C:\Users\user\Downloads\aisat white b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ownloads\aisat white b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359" cy="93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8CBA" w14:textId="77777777" w:rsidR="00A21368" w:rsidRDefault="00A21368" w:rsidP="00510F4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6433AF" w14:textId="7663B4DF" w:rsidR="005D6B14" w:rsidRPr="00DC70BF" w:rsidRDefault="005D6B14" w:rsidP="005D6B1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C70BF">
        <w:rPr>
          <w:rFonts w:ascii="Times New Roman" w:hAnsi="Times New Roman" w:cs="Times New Roman"/>
          <w:b/>
          <w:sz w:val="24"/>
          <w:szCs w:val="24"/>
          <w:u w:val="single"/>
        </w:rPr>
        <w:t>ECE-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Batch 10 (2022-2025)</w:t>
      </w:r>
    </w:p>
    <w:tbl>
      <w:tblPr>
        <w:tblW w:w="10138" w:type="dxa"/>
        <w:tblInd w:w="562" w:type="dxa"/>
        <w:tblLook w:val="04A0" w:firstRow="1" w:lastRow="0" w:firstColumn="1" w:lastColumn="0" w:noHBand="0" w:noVBand="1"/>
      </w:tblPr>
      <w:tblGrid>
        <w:gridCol w:w="770"/>
        <w:gridCol w:w="2571"/>
        <w:gridCol w:w="1856"/>
        <w:gridCol w:w="2280"/>
        <w:gridCol w:w="2661"/>
      </w:tblGrid>
      <w:tr w:rsidR="00797E9D" w:rsidRPr="001B4A9C" w14:paraId="608FFDA2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65E2" w14:textId="77777777" w:rsidR="00797E9D" w:rsidRPr="001B4A9C" w:rsidRDefault="00797E9D" w:rsidP="0079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Sl.No</w:t>
            </w:r>
            <w:proofErr w:type="spellEnd"/>
            <w:proofErr w:type="gramEnd"/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5109" w14:textId="77777777" w:rsidR="00797E9D" w:rsidRPr="001B4A9C" w:rsidRDefault="00797E9D" w:rsidP="0079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Name of Student Placed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C07B" w14:textId="77777777" w:rsidR="00797E9D" w:rsidRPr="001B4A9C" w:rsidRDefault="00797E9D" w:rsidP="0079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  <w:proofErr w:type="gramStart"/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Enrollment  No</w:t>
            </w:r>
            <w:proofErr w:type="gramEnd"/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EC0D" w14:textId="77777777" w:rsidR="00797E9D" w:rsidRPr="001B4A9C" w:rsidRDefault="00797E9D" w:rsidP="0079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Name of Employer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87F80" w14:textId="60932D52" w:rsidR="00797E9D" w:rsidRPr="001B4A9C" w:rsidRDefault="00797E9D" w:rsidP="0079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b/>
                <w:sz w:val="24"/>
                <w:szCs w:val="24"/>
              </w:rPr>
              <w:t>On campus/off campus</w:t>
            </w:r>
          </w:p>
        </w:tc>
      </w:tr>
      <w:tr w:rsidR="001344BE" w:rsidRPr="001B4A9C" w14:paraId="02498974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2092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67DE0" w14:textId="64F5A3A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AARON FRANCIS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7F09D" w14:textId="77777777" w:rsidR="001344BE" w:rsidRPr="001B4A9C" w:rsidRDefault="001344BE" w:rsidP="001344BE">
            <w:pPr>
              <w:pStyle w:val="NormalWeb"/>
              <w:spacing w:after="0"/>
            </w:pPr>
            <w:r w:rsidRPr="001B4A9C">
              <w:rPr>
                <w:color w:val="000000"/>
              </w:rPr>
              <w:t>AIK21EC001</w:t>
            </w:r>
          </w:p>
          <w:p w14:paraId="6A9682A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E8B9F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10xDS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F1586" w14:textId="786C480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8AA7DF9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ADD7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B2893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4AB23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EEC29" w14:textId="0B8070D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ASHKER ASSISS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6A7C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AIK21EC016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F50B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Machinovations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75026" w14:textId="6D13448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4ADE5E65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F8DD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E5ABA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0C5BA" w14:textId="6BD633C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MARY SANTEENA T P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E1D9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AIK21EC035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27D2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SFO Technologies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823B3" w14:textId="1738B3C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E1A5DA6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836C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5973D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9AA29" w14:textId="573B52D5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RUSFIDHA JAFFER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1C02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BF0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Montra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Electric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05D5C" w14:textId="7554BC5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65EACBF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7913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49A2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B5BCD" w14:textId="17E7BB2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ANSON THOMAS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D995F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AIK21EC013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1997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NEST Digital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86C46" w14:textId="4EC95B0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491FAE80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5E3C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7C7E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FD53E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FC1E1" w14:textId="3EDCA2D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SNEHA SHABU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D88E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AIK21EC056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9567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INFOSYS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7D412" w14:textId="1DB5C8B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297F2B7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636FF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D2303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8ADF3" w14:textId="44847BC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NASRIN NISHAHA T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630E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EB76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Montra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Electric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FC290" w14:textId="61E24F5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23F939D6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73F9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36476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0441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FF115" w14:textId="23E1EB65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 YAZHINI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068F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AIK21EC060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269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5EEA" w14:textId="148FDE1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47B617BD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C7FE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05AE0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3FE2F" w14:textId="64108A8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MARIAM ABEY GEORGE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B4A8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AIK21EC033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72E1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08E75" w14:textId="6BE9619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0D54B373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9837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6C37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B6E3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4D227" w14:textId="47CB35C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RIYAN NIZAR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F1A4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AIK21EC048</w:t>
            </w: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6E72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FF63A" w14:textId="7A9CE4E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Technologics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B036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5E026" w14:textId="53DED70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270EFB4D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50B9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40CC6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3882E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B286D" w14:textId="5220C43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ANEENA MARIA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AC5C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AIK21EC010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EF63D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11CD0" w14:textId="752AF32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2FB3A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B04AC" w14:textId="37F9385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5E69C245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B7C8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0322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14E2D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4AFB5" w14:textId="5A200DE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HARISANKAR T 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5631F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AIK21EC024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739D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C1F3C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86C79" w14:textId="64825A39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3984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6557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635C7" w14:textId="42C523A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3D237838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ECD00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13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B3D1C" w14:textId="276E55B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NOEL GEEVARGHESE JOSEPH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394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AIK21EC044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65E6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FF700" w14:textId="6C96CB0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0BF7863E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7BF2F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21E3D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E2273" w14:textId="5E5C3AA1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ELSA ROSMI O G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C6E5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AIK21EC022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1F44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4CDC9" w14:textId="194FC78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20D810BF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5B36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31AB3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0E0DE" w14:textId="6A8EC54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SREELAKSHMI C 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F8C0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AIK21EC057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C9BAC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D043A" w14:textId="24A74A2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685FE1C2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7238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F3C7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B28CB" w14:textId="7D93F9B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SREELAKSHMI P B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8CE69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AIK21EC058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363B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Movate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64272" w14:textId="40D5BE5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15F9026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4C13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3398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550D8" w14:textId="7F1F9C7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ALPHIN POULOSE P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B3D9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AIK21EC008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6C2DE" w14:textId="77777777" w:rsidR="001344BE" w:rsidRPr="001B4A9C" w:rsidRDefault="001344BE" w:rsidP="001344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Montra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Electric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E7F8A" w14:textId="62F51F6C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35FA270C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9D26E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A6D7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A8A85" w14:textId="2E82F33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FEVEETA FRONY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0F1E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AIK21EC023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BE50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E48C4" w14:textId="70C3551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6E197AC4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8D8C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D16F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0B623" w14:textId="3B061CD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RIYA ROY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3BE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AIK21EC049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DCE14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SFO Technologies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7969B" w14:textId="10A3370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74C6AC80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7B5D3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CC2E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79B2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74CFA" w14:textId="28CD57A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SEKHAR PRASAD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C6D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AIK21EC055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8134C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8425F" w14:textId="00F8BF1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BAE86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73FC7" w14:textId="5399360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3DC161A3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4AA5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A579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14E2F" w14:textId="77777777" w:rsidR="003E690F" w:rsidRDefault="001344BE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AGNES VISMAYA </w:t>
            </w:r>
          </w:p>
          <w:p w14:paraId="6D972DDB" w14:textId="4E3A065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 J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7267D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AIK21EC006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69D4A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97A50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C740A" w14:textId="69F1251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Intellipaat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E0F92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9072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C42F5" w14:textId="4946326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1ACE7EAB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B704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10430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F00E7" w14:textId="51C9C32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SALVIN SAJU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25EB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49DB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90A58" w14:textId="731A8EC9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DE9D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EA6B6" w14:textId="4982861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16AF379E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E24D5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4BDB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800DB" w14:textId="46221AA3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ASIF FARHAN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5A69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AIK21EC017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8D41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54202" w14:textId="24CE57BE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Intrainz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82E0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1F4F5" w14:textId="3CBD357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1344BE" w:rsidRPr="001B4A9C" w14:paraId="1C16770F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56F5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554B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438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DD06D" w14:textId="73DFEBE2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BEN ANTO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19B5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AIK21EC020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459D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07BB1" w14:textId="5DB8129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70EDE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62C83" w14:textId="3A88AE64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77D21107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22948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24B4C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676CA" w14:textId="288FD3E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AARON GEORGE BABU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7EFBB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AIK21EC002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604A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4DCA8" w14:textId="28CF636D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CDE1F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1FF76" w14:textId="488D02A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784BD4AB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43E7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6DBB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3FE6E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D3E0F" w14:textId="6E57083D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AKHIL B XAVIER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2B5B1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AIK20EC005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FDB1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BA73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124E2" w14:textId="20C54598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77382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AB97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0ED49" w14:textId="08A7007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54218CB2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AAB72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DC551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B3F2C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FE9B0" w14:textId="087777CA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SANJITH SHAJAHAN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4E466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AIK21EC054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261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3E20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AE043" w14:textId="568418AF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321A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3701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A67EB" w14:textId="23F38C20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1344BE" w:rsidRPr="001B4A9C" w14:paraId="364D6E68" w14:textId="77777777" w:rsidTr="001344BE">
        <w:trPr>
          <w:trHeight w:val="9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F58EA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2D117" w14:textId="70AB785B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NOORJAHAN PS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C2F27" w14:textId="77777777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AIK21EC045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D99F1" w14:textId="77777777" w:rsidR="003E690F" w:rsidRDefault="003E690F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14:paraId="128D6C65" w14:textId="77777777" w:rsidR="003E690F" w:rsidRDefault="003E690F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14:paraId="2FE9D62B" w14:textId="4D9970E9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Kochi Metro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07303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30F28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9F1C9" w14:textId="40790CF6" w:rsidR="001344BE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</w:tbl>
    <w:p w14:paraId="591FCBBA" w14:textId="41EB3FF6" w:rsidR="001B4A9C" w:rsidRDefault="001B4A9C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018FB7" w14:textId="4BF34708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F8D8F2" w14:textId="3BA789FD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659317" w14:textId="44C8AD93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B7C089" w14:textId="61622355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F24C5F" w14:textId="46689FD8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C8F850" w14:textId="56EADC8B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1BA547" w14:textId="3EA05408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C49C70" w14:textId="3CB22CE2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70BCC9" w14:textId="720726F6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6E9133" w14:textId="07C4FF50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8352DE" w14:textId="680EC7F7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1A4D36" w14:textId="7E10DB78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C0760A" w14:textId="5D7D49C1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834F13" w14:textId="0A7D5D34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6D4A71" w14:textId="29CD8D85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BAF132" w14:textId="17C3E8C1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C4E291" w14:textId="0934C632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A426C2" w14:textId="5C6FBBF6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8AC441" w14:textId="7797BD10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3D0BA5" w14:textId="27F48419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7C6DAC" w14:textId="038DCD82" w:rsidR="00346B7B" w:rsidRDefault="00346B7B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11A407" w14:textId="29CE9C67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52D8A2" w14:textId="634DA80D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34D576" w14:textId="46EDE86F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FAB8A0" w14:textId="4089A4D9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85E0AF" w14:textId="5A09A131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79CC50" w14:textId="77777777" w:rsidR="005055AE" w:rsidRDefault="005055AE" w:rsidP="001B4A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0B7BA69E" w14:textId="21B3A2BD" w:rsidR="005D6B14" w:rsidRDefault="005D6B14" w:rsidP="00797E9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76EE00" w14:textId="04953877" w:rsidR="005D6B14" w:rsidRDefault="005D6B14" w:rsidP="00797E9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sz w:val="20"/>
        </w:rPr>
        <w:lastRenderedPageBreak/>
        <w:drawing>
          <wp:inline distT="0" distB="0" distL="0" distR="0" wp14:anchorId="6BA3E520" wp14:editId="0999E9CD">
            <wp:extent cx="6600825" cy="932763"/>
            <wp:effectExtent l="0" t="0" r="0" b="1270"/>
            <wp:docPr id="4" name="Image 2" descr="C:\Users\user\Downloads\aisat white b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ownloads\aisat white b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359" cy="93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4F25" w14:textId="0599FE59" w:rsidR="005D6B14" w:rsidRPr="00DC70BF" w:rsidRDefault="005D6B14" w:rsidP="005D6B1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C70BF">
        <w:rPr>
          <w:rFonts w:ascii="Times New Roman" w:hAnsi="Times New Roman" w:cs="Times New Roman"/>
          <w:b/>
          <w:sz w:val="24"/>
          <w:szCs w:val="24"/>
          <w:u w:val="single"/>
        </w:rPr>
        <w:t>ECE-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Batch 11 (2023-2026)</w:t>
      </w:r>
    </w:p>
    <w:tbl>
      <w:tblPr>
        <w:tblW w:w="10065" w:type="dxa"/>
        <w:tblInd w:w="562" w:type="dxa"/>
        <w:tblLook w:val="04A0" w:firstRow="1" w:lastRow="0" w:firstColumn="1" w:lastColumn="0" w:noHBand="0" w:noVBand="1"/>
      </w:tblPr>
      <w:tblGrid>
        <w:gridCol w:w="770"/>
        <w:gridCol w:w="2552"/>
        <w:gridCol w:w="1843"/>
        <w:gridCol w:w="2264"/>
        <w:gridCol w:w="2636"/>
      </w:tblGrid>
      <w:tr w:rsidR="00FB3247" w:rsidRPr="001B4A9C" w14:paraId="5DE3821F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1969B" w14:textId="77777777" w:rsidR="00FB3247" w:rsidRPr="003E690F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3E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Sl.No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6A36" w14:textId="77777777" w:rsidR="00FB3247" w:rsidRPr="003E690F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E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Name of Student Placed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67268" w14:textId="77777777" w:rsidR="00FB3247" w:rsidRPr="003E690F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E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 </w:t>
            </w:r>
            <w:proofErr w:type="gramStart"/>
            <w:r w:rsidRPr="003E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Enrollment  No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E2FC" w14:textId="77777777" w:rsidR="00FB3247" w:rsidRPr="003E690F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E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 Name of Employer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0B2C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114A04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33CA46" w14:textId="1C26F853" w:rsidR="00FB3247" w:rsidRPr="003E690F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E6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 campus/off campus</w:t>
            </w:r>
          </w:p>
        </w:tc>
      </w:tr>
      <w:tr w:rsidR="00FB3247" w:rsidRPr="001B4A9C" w14:paraId="3AB6955B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3BCE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BE8D0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03F35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393E9" w14:textId="4F4F37E6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LANDRAIN LOPEZ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E13F6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AIK22EC042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94C6B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172EC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06E54" w14:textId="27B4DAFA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B3F3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F0B87" w14:textId="77777777" w:rsidR="003E690F" w:rsidRDefault="003E690F" w:rsidP="0013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55B91" w14:textId="49E2BA39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FB3247" w:rsidRPr="001B4A9C" w14:paraId="000CCCD7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C891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3362D" w14:textId="5E50A8DB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CHANDANA JAYAKRISHNAN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56D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SPT22EC014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AE8CD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1C0C4" w14:textId="4304D432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FB3247" w:rsidRPr="001B4A9C" w14:paraId="11D6EDAD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AF8F9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E2A05" w14:textId="37621456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DEVIKA 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EE6D7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AIK22EC032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A926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8FFF" w14:textId="2B4D6B97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FB3247" w:rsidRPr="001B4A9C" w14:paraId="410F725C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8B69F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2FB7B" w14:textId="121E63C4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TINU ANTONY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6722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AIK22EC061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52AAA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28B1C" w14:textId="54254922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On Campus</w:t>
            </w:r>
          </w:p>
        </w:tc>
      </w:tr>
      <w:tr w:rsidR="00FB3247" w:rsidRPr="001B4A9C" w14:paraId="0474829E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30E5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8D333" w14:textId="406CAE98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LINDA PHILOMENA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B37F3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AIK22EC043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E38D3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Unlox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6BE6F" w14:textId="15CFCF45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3F445F46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39628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43D31" w14:textId="668B76C8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FAHIMA SIDIQUE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C77A3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AIK22EC035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6853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Aabasoft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0DF53" w14:textId="604F3A78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0FCCF29D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7DE6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B739F" w14:textId="59FBD859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ASNA SHIRIN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F9E09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AIK22EC026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EA21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Aabasoft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D8966" w14:textId="5A82F478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04D892E2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43273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02F36" w14:textId="16B73175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AYISHA IRFANA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FDE65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AIK22EC029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38FE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Aabasoft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34D48" w14:textId="6CE9887E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0113384D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7A5C6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F3CDA" w14:textId="1753E6F3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SHANA USMAN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E3935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AIK22EC060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58111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Innerspace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Conorking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548B6" w14:textId="56262F00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0C202DEB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38EB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67A17" w14:textId="26720972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ABHIN MATHEW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69C7A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SPT22EC001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D98CF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Ashok Leyland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C28A5" w14:textId="11E5FC21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50BD70D3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3A1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7FE50" w14:textId="79D5BEDD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ABHISHEK G BHAT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44177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AIK22EC001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05C8D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Payana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Technologies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B83D5" w14:textId="01575139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Start up</w:t>
            </w:r>
          </w:p>
        </w:tc>
      </w:tr>
      <w:tr w:rsidR="00FB3247" w:rsidRPr="001B4A9C" w14:paraId="29A0F431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E1E7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30CC6" w14:textId="0C86547D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ANGELEENA JOHNY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DF075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AIK22EC020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E7AE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D541E" w14:textId="0DD3A9EA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24B880F1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4C7D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3DE0B" w14:textId="4B5BB7CE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AGNA ANTONY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A42C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AIK22EC060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3FE29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SUTHERLAND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3C991" w14:textId="296B5275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On campus</w:t>
            </w:r>
          </w:p>
        </w:tc>
      </w:tr>
      <w:tr w:rsidR="00FB3247" w:rsidRPr="001B4A9C" w14:paraId="7D931379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7590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FDD60" w14:textId="5F6DFCED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DILSHA </w:t>
            </w:r>
            <w:proofErr w:type="gram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K.N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C98A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AIK22EC033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9CE6F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Aabasoft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14AE6" w14:textId="0C2A1DF3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44732F3E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EF276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842C0" w14:textId="5072B147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ALAN VIJU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5AE31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AIK22EC009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8841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Moopens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Energy solutions </w:t>
            </w: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Pvt.Ltd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11F1B" w14:textId="46CBAB23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2178EE0D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82E99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06B97" w14:textId="56628A19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SANIA RAJEEV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C48B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AIK22EC059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D50B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Evolve Robotics LLP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D7E73" w14:textId="0E713439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32838352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12E55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B42E7" w14:textId="72048A83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NEVIN K SUNIL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27174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AIK21EC043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771AB" w14:textId="77777777" w:rsidR="00FB3247" w:rsidRPr="001B4A9C" w:rsidRDefault="00FB3247" w:rsidP="001344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Moopens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Energy solutions </w:t>
            </w: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Pvt.Ltd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070C9" w14:textId="27ED2A0D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  <w:tr w:rsidR="00FB3247" w:rsidRPr="001B4A9C" w14:paraId="3E913859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1B26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55263" w14:textId="2338B640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ABEL GEORGE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6725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AIK22EC050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C327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Payana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Technologies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7E88D" w14:textId="1B8D83D0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Start up</w:t>
            </w:r>
          </w:p>
        </w:tc>
      </w:tr>
      <w:tr w:rsidR="00FB3247" w:rsidRPr="001B4A9C" w14:paraId="137EA89D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B80FA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FDE12" w14:textId="156F67B7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DONAVAN JOSEPH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73DEB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AIK22EC034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F3111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Payana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Technologies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A4B12" w14:textId="1F0675D1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Start up</w:t>
            </w:r>
          </w:p>
        </w:tc>
      </w:tr>
      <w:tr w:rsidR="00FB3247" w:rsidRPr="001B4A9C" w14:paraId="7EFE156B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755EA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7EBC5" w14:textId="58FE94E4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ADHIN BENNY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C9E7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AIK22EC003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8E48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Payana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Technologies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4B630" w14:textId="55E28FB1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Start up</w:t>
            </w:r>
          </w:p>
        </w:tc>
      </w:tr>
      <w:tr w:rsidR="00FB3247" w:rsidRPr="001B4A9C" w14:paraId="3B83FED2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89CBC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1C3AC" w14:textId="37B67A3D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ANAV KRISHNA KP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C5C33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AIK22EC019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9EBA5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Payana</w:t>
            </w:r>
            <w:proofErr w:type="spellEnd"/>
            <w:r w:rsidRPr="001B4A9C">
              <w:rPr>
                <w:rFonts w:ascii="Times New Roman" w:hAnsi="Times New Roman" w:cs="Times New Roman"/>
                <w:sz w:val="24"/>
                <w:szCs w:val="24"/>
              </w:rPr>
              <w:t xml:space="preserve"> Technologies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1C7A0" w14:textId="6FAF5F0D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Start up</w:t>
            </w:r>
          </w:p>
        </w:tc>
      </w:tr>
      <w:tr w:rsidR="00FB3247" w:rsidRPr="001B4A9C" w14:paraId="7D6FBC1A" w14:textId="77777777" w:rsidTr="00FB3247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392E2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6C4B7" w14:textId="30CE306B" w:rsidR="00FB3247" w:rsidRPr="001B4A9C" w:rsidRDefault="001B4A9C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ALINA BIJU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56770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AIK22EC012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E0E0D" w14:textId="77777777" w:rsidR="00FB3247" w:rsidRPr="001B4A9C" w:rsidRDefault="00FB3247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Unique World Robotics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DE4CF" w14:textId="40A2AB6A" w:rsidR="00FB3247" w:rsidRPr="001B4A9C" w:rsidRDefault="001344BE" w:rsidP="00134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B4A9C">
              <w:rPr>
                <w:rFonts w:ascii="Times New Roman" w:hAnsi="Times New Roman" w:cs="Times New Roman"/>
                <w:sz w:val="24"/>
                <w:szCs w:val="24"/>
              </w:rPr>
              <w:t>Off Campus</w:t>
            </w:r>
          </w:p>
        </w:tc>
      </w:tr>
    </w:tbl>
    <w:p w14:paraId="429028A8" w14:textId="77777777" w:rsidR="00FB3247" w:rsidRPr="001B4A9C" w:rsidRDefault="00FB3247" w:rsidP="00FB3247">
      <w:pPr>
        <w:rPr>
          <w:rFonts w:ascii="Times New Roman" w:hAnsi="Times New Roman" w:cs="Times New Roman"/>
          <w:sz w:val="24"/>
          <w:szCs w:val="24"/>
        </w:rPr>
      </w:pPr>
    </w:p>
    <w:p w14:paraId="5616815E" w14:textId="77777777" w:rsidR="00797E9D" w:rsidRPr="001B4A9C" w:rsidRDefault="00797E9D" w:rsidP="00797E9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47AA50" w14:textId="77777777" w:rsidR="00C2743E" w:rsidRPr="001B4A9C" w:rsidRDefault="00C2743E" w:rsidP="00C2743E">
      <w:pPr>
        <w:rPr>
          <w:rFonts w:ascii="Times New Roman" w:hAnsi="Times New Roman" w:cs="Times New Roman"/>
          <w:sz w:val="24"/>
          <w:szCs w:val="24"/>
        </w:rPr>
      </w:pPr>
    </w:p>
    <w:p w14:paraId="3EDDAB82" w14:textId="77777777" w:rsidR="00964559" w:rsidRPr="001B4A9C" w:rsidRDefault="00964559">
      <w:pPr>
        <w:rPr>
          <w:rFonts w:ascii="Times New Roman" w:hAnsi="Times New Roman" w:cs="Times New Roman"/>
          <w:sz w:val="24"/>
          <w:szCs w:val="24"/>
        </w:rPr>
      </w:pPr>
    </w:p>
    <w:sectPr w:rsidR="00964559" w:rsidRPr="001B4A9C" w:rsidSect="00E91437">
      <w:pgSz w:w="11906" w:h="16838" w:code="9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DD7"/>
    <w:rsid w:val="00034616"/>
    <w:rsid w:val="0006063C"/>
    <w:rsid w:val="001344BE"/>
    <w:rsid w:val="0015074B"/>
    <w:rsid w:val="001A22AC"/>
    <w:rsid w:val="001B4A9C"/>
    <w:rsid w:val="001D5580"/>
    <w:rsid w:val="00293AC3"/>
    <w:rsid w:val="0029639D"/>
    <w:rsid w:val="00303CB0"/>
    <w:rsid w:val="00326F90"/>
    <w:rsid w:val="00346B7B"/>
    <w:rsid w:val="00362A8E"/>
    <w:rsid w:val="003E690F"/>
    <w:rsid w:val="004C77A7"/>
    <w:rsid w:val="005055AE"/>
    <w:rsid w:val="00510F44"/>
    <w:rsid w:val="005D6B14"/>
    <w:rsid w:val="006013AD"/>
    <w:rsid w:val="00797E9D"/>
    <w:rsid w:val="007D3E74"/>
    <w:rsid w:val="008E28C7"/>
    <w:rsid w:val="00964559"/>
    <w:rsid w:val="009F6773"/>
    <w:rsid w:val="00A21368"/>
    <w:rsid w:val="00AA1D8D"/>
    <w:rsid w:val="00AE2E55"/>
    <w:rsid w:val="00B47730"/>
    <w:rsid w:val="00BB30BD"/>
    <w:rsid w:val="00C2743E"/>
    <w:rsid w:val="00CB0664"/>
    <w:rsid w:val="00DA4159"/>
    <w:rsid w:val="00DC70BF"/>
    <w:rsid w:val="00E55A7E"/>
    <w:rsid w:val="00E74087"/>
    <w:rsid w:val="00E82A0B"/>
    <w:rsid w:val="00E91437"/>
    <w:rsid w:val="00EE6516"/>
    <w:rsid w:val="00FB3247"/>
    <w:rsid w:val="00FC693F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0C247"/>
  <w14:defaultImageDpi w14:val="300"/>
  <w15:docId w15:val="{1CD90D3D-3A8A-40B5-AA34-5682CBDC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B1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97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5CAECF-45BB-4F2F-9E10-52962ACE1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cp:lastPrinted>2026-09-08T06:06:00Z</cp:lastPrinted>
  <dcterms:created xsi:type="dcterms:W3CDTF">2026-09-08T05:35:00Z</dcterms:created>
  <dcterms:modified xsi:type="dcterms:W3CDTF">2026-09-08T06:07:00Z</dcterms:modified>
  <cp:category/>
</cp:coreProperties>
</file>